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מהדורה למורה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מחוון, תשובות, מערך 10 שיעורים, התאמות, טפסים ודוגמאות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מהדורה למורה · מורה · מהדורה מלאה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מחוון אנליטי מוצע ותשובות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המחוון והתשובות מופיעים ראשונים.</w:t>
      </w:r>
    </w:p>
    <w:p>
      <w:pPr>
        <w:bidi w:val="1"/>
        <w:jc w:val="right"/>
      </w:pPr>
      <w:r>
        <w:rPr>
          <w:rFonts w:cs="Arial" w:ascii="Arial" w:hAnsi="Arial"/>
          <w:color w:val="5A4632"/>
          <w:rtl w:val="1"/>
        </w:rPr>
        <w:t>זהו מחוון מקורי מוצע לשימוש בכיתה. המורה רשאי/ת להתאים את המשקלות ואת הניסוחים למשקלות הרשמיים של המשימה ולאופי הכיתה. מומלץ לחלק את המחוון לתלמידים כבר בשיעור הראשון.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הכתבה המרכזית – 30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כותרת, כותרת משנה וליד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הכותרת חדה ומסקרנת, כותרת המשנה מרחיבה, והליד מציג ממצא ותמה במשפט או שניים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הכותרות מתאימות והליד ברור, אך פחות ממוקד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הכותרות כלליות; הליד מכריז על נושא בלי ממצא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חסרה כותרת משנה או ליד, או שאינם קשורים לכתבה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עיגון במקורות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מקור אחד לפחות מכל חבר/ת צוות; ציטוטים קצרים ומדויקים, ואחרי כל אחד פירוש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מקורות מכל חברי הצוות, אך חלק מהציטוטים ארוכים או בלי פירוש מספק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המקורות מעטים או נשענים על יצירה אחת בעיקר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כמעט אין עיגון בטקסט; הטענות כלליות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שימוש פרשני במושגים ספרותיים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שני מושגים או יותר משמשים לפירוש ומעמיקים את הטיעון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המושגים מוגדרים נכון ומשולבים, אך הפירוש חלקי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המושגים מזוהים בלבד, בלי הסבר מה הם תורמים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מושג אחד או אף אחד, או שימוש שגוי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מבנה עיתונאי והיקף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פירמידה הפוכה ברורה, פסקאות מסודרות, היקף בטווח הנדרש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מבנה עיתונאי ברוב הכתבה; היקף קרוב לנדרש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המבנה דומה לחיבור ולא לכתבה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מבנה ברור או שההיקף רחוק מהנדרש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אלמנט חזותי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אלמנט מקורי שמוסיף מידע או פרשנות, עם כיתוב מדויק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אלמנט מתאים עם כיתוב, אך מוסיף מעט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אלמנט קישוטי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 אלמנט חזותי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כתבת המשנה – 20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מאפייני הסוג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הסוג שנבחר (ריאיון, טור דעה, יומן מסע וכו׳) מזוהה מיד ומנוצל במלואו, והוא שונה מסוגי חברי הצוות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מאפייני הסוג קיימים, אך לא בעקביות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הסוג מזוהה רק בכותרת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מאפייני סוג, או שהסוג זהה לזה של חבר/ת צוות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עמדה אישית מנומקת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עמדה ברורה ומקורית, מנומקת בעזרת הטקסט ומתמודדת עם עמדה אחרת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עמדה ברורה עם נימוק אחד או שניים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עמדה כללית ("אהבתי") עם נימוק חלש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עמדה אישית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מושג ספרותי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המושג משמש לפירוש ומחובר לעמדה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המושג מוסבר נכון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המושג מוזכר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 או שגוי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שני מקורות לפחות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שני מקורות או יותר, משולבים בטבעיות ומצוטטים כראוי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שני מקורות, אחד מהם משולב חלקית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מקור אחד בלבד או הפניה לא מדויקת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מקורות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דבר העורכים – 15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 מקשרת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הכותרת מחברת במפורש בין הכתבה המרכזית לכל כתבות המשנה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הכותרת קשורה לתמה, אך לא לכל החלקים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כותרת כללית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חסרה כותרת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תובנה מוסכמת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תובנה אחת חדה שנולדה מהדיון ועולה מכל החלקים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תובנה ברורה, אך קרובה לסיכום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סיכום של הכתבות במקום תובנה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תובנה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מחלוקות והשלכות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שתי מחלוקות פרשניות אמיתיות לפחות, עם שני הצדדים, והשלכה משמעותית לחיים או לחברה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מחלוקות והשלכה מוצגות, אך בקיצור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מחלוקת אחת או השלכה כללית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מחלוקות או השלכות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מושג ספרותי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המושג מחבר בין החלקים ומעמיק את התובנה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המושג משולב נכון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המושג מוזכר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חסר או שגוי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משוב אישי – 10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עומק הרפלקציה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מתאר/ת רגעים מסוימים, קשיים ופתרונות, ומה נלמד על עצמו/ה כקורא/ת וככותב/ת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מתאר/ת תהליך ולמידה, עם דוגמה אחת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תיאור כללי של מה שנעשה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משפטים כלליים בלבד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ניסוח והיקף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ניסוח אישי, ברור וזורם, בהיקף הנדרש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ניסוח ברור; היקף קרוב לנדרש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ניסוח חוזר על עצמו או קצר מדי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קצר מאוד או לא ברור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לשון ועריכה – 15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תקינות לשון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כמעט אין שגיאות כתיב, תחביר ופיסוק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שגיאות מעטות שאינן פוגעות בהבנה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שגיאות רבות שמקשות מעט על הקריאה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שגיאות רבות הפוגעות בהבנה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רצף ולכידות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מילות קישור מגוונות ומדויקות; מעברים חלקים בין פסקאות ובין חלקי העיתון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רצף טוב ברוב הטקסט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מעברים חסרים בחלק מהמקומות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קפיצות ורעיונות מנותקים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 והפניה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כל ציטוט במירכאות, קצר, ועם הפניה מדויקת (שם היצירה, שורה/עמוד/מערכה)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רוב הציטוטים תקינים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הפניות חלקיות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ציטוטים בלי מירכאות או בלי הפניה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עבודת צוות ותהליך – 10 נק׳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מצוין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טוב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בסיסי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עמידה בלוח זמנים ותיעוד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כל אבני הדרך הוגשו בזמן, וטופס המעקב מלא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עיכוב קטן אחד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כמה עיכובים או תיעוד חלקי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אבני דרך רבות לא הוגשו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חלוקת תפקידים ושיתוף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חלוקה הוגנת, כל חבר/ת צוות תרם/ה בתפקידו/ה וניכר שיתוף אמיתי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חלוקה סבירה עם פערים קטנים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עומס לא שוויוני בולט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עבודה של יחיד/ה בעיקר</w:t>
            </w:r>
          </w:p>
        </w:tc>
      </w:tr>
      <w:tr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שימוש במשוב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מצוין: ניכרים שינויים משמעותיים בעקבות משוב עמיתים ומורה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טוב: שינויים בחלק מהחלקים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בסיסי: שינויים קלים בלבד</w:t>
            </w:r>
          </w:p>
        </w:tc>
        <w:tc>
          <w:tcPr>
            <w:tcW w:type="dxa" w:w="168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חלקי: אין שימוש במשוב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ציון הצוות/התלמיד/ה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הכתבה המרכזית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כתבת המשנה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 העורכים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משוב אישי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לשון ועריכה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עבודת צוות ותהליך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סה״כ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100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מפתח תשובות – תרגול המושגים (חוברת המושגים)</w:t>
      </w:r>
    </w:p>
    <w:p>
      <w:pPr>
        <w:bidi w:val="1"/>
        <w:jc w:val="right"/>
      </w:pPr>
      <w:r>
        <w:rPr>
          <w:rFonts w:cs="Arial" w:ascii="Arial" w:hAnsi="Arial"/>
          <w:b/>
          <w:color w:val="9B1450"/>
          <w:rtl w:val="1"/>
          <w:bCs/>
        </w:rPr>
        <w:t>1. סמל – ה · 2. מספר – ז · 3. הערות במה – ב · 4. פנייה ישירה – י · 5. דמות שטוחה – ד · 6. דמות דינמית – ט · 7. אירוניה דרמטית – ח · 8. דימוי – ו · 9. דמות סטטית – א · 10. נקודת מבט – ג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מערך 10 שיעורים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1: פתיחת מערכת: מה זה עיתון ספרותי?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התלמידים מכירים את ארבעת חלקי המשימה, את לוח הזמנים ואת אמות המידה להערכה.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פתיחה: מקרינים כותרת עיתון מומצאת על דמות מיצירה שנלמדה ("הדובר נשאר לבד – כל הפרטים") ושואלים: מה הייתם רוצים לקרוא בכתבה?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מצגת הפתיחה: ארבעת החלקים, היקפים, משותף מול אישי.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עיון בעיתון לדוגמה "כנפיים": בזוגות מסמנים את ארבעת החלקים ומה מאפיין כל אחד.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שאלות ותשובות; מעבר על המחוון בקצרה.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כרטיס יציאה: מה מסקרן אותי ומה מדאיג אותי במשימה?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מצגת פתיחה, עיתון לדוגמה מודפס, מחוון | משימת המשך: לקרוא שוב את היצירות שנלמדו ולרשום שלושה נושאים שחוזרים בהן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2: הרכבת צוותים ובחירת תמה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התלמידים מתארגנים בצוותים של 2–3, מחלקים תפקידים ובוחרים תמה החוצה את היצירות.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משחק פתיחה: "איזו תמה אני?" – המורה קורא/ת שורה מיצירה והכיתה מנחשת תמה.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הרכבת צוותים לפי הנחיות המורה וחלוקת כרטיסי תפקיד.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עבודה בצוות עם בנק התמות: כל צוות בוחר שתי תמות אפשריות ובודק אותן מול כל היצירות.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"מבחן התמה": כל צוות מציג בדקה את התמה ושאלה אחת שהיא מעוררת; הכיתה נותנת משוב.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רישום התמה הנבחרת ושמות חברי הצוות בטופס המעקב.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בנק תמות, כרטיסי תפקיד, טופס מעקב צוות | משימת המשך: כל חבר/ת צוות מאתר/ת שני קטעים מהיצירות התומכים בתמה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3: מושגים ספרותיים ככלי עיתונאי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התלמידים מתרגלים שימוש במושגים ספרותיים לצורך פירוש, ולא רק לזיהוי.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חידון מהיר על מושגים (צוותים, ארבעה צבעים).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הדגמה: המורה לוקח/ת משפט חלש ("יש בשיר מטפורה") ומשפר/ת אותו מול הכיתה למשפט פרשני.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תרגול בזוגות: לכל צוות שלושה מושגים ושלושה קטעים; כותבים משפט פרשני לכל אחד.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שיתוף משפטים נבחרים ומשוב קצר.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סיכום: מה ההבדל בין לזהות לבין לפרש?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מילון המושגים, קטעים מודפסים מהיצירות, משחק התאמת מושגים | משימת המשך: לבחור לצוות לפחות שני מושגים לכתבה המרכזית ולנמק את הבחירה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4: הכתבה המרכזית א׳: כותרת, משנה וליד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התלמידים מנסחים כותרת ראשית, כותרת משנה וליד לכתבה המרכזית.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השוואת שתי כותרות לאותה כתבה: איזו מושכת יותר ולמה?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מבנה הפירמידה ההפוכה ותפקיד הליד; דוגמאות מהעיתון "כנפיים".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עבודה בצוות: שלוש טיוטות כותרת וטיוטת ליד; בוחרים את הטובה ביותר.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"גלריית כותרות": תולים את הכותרות, והכיתה מסמנת מדבקה ליד המסקרנת ביותר.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רישום החלטות הצוות.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מדריך הכתבה המרכזית, דפי טיוטה, מדבקות | משימת המשך: להשלים את הליד ולהכין רשימת ציטוטים-עדויות לגוף הכתבה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5: הכתבה המרכזית ב׳: גוף הכתבה והמקורות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התלמידים כותבים את גוף הכתבה, נשענים על מקור אחד לפחות מכל חבר/ת צוות, ומשלבים מושגים.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תזכורת: ציטוט קצר, הפניה מדויקת ופירוש מיד אחריו.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כתיבה בצוות בבונה העיתון; המורה עובר/ת בין הצוותים ונותן/ת משוב קצר.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בדיקת מונה המילים וההיקף הנדרש; בדיקה מול רשימת התיוג.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תכנון האלמנט החזותי.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בונה העיתון או דפי תבנית, רשימת תיוג לכתבה המרכזית | משימת המשך: להשלים טיוטה מלאה ולתאר במילים את האלמנט החזותי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6: כתבות המשנה א׳: בחירת סוג וקול אישי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כל תלמיד/ה בוחר/ת סוג כתבת משנה שונה מחבריו לצוות ומתכנן/ת אותה.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"מסיבת סוגים": קריאת שלוש דוגמאות קצרות (ריאיון, טור דעה, יומן מסע) וזיהוי מאפיינים.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סקירת סוגי הכתבות והתבניות; כל צוות מוודא שאין כפילות.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תכנון אישי: כותרת, עמדה אישית, מושג אחד ושני מקורות.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שיחת עמיתים: כל אחד/ת מציג/ה את התכנון לבן/בת זוג ומקבל/ת שאלה אחת.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מדריכי סוגי הכתבות, תבניות כתבת משנה | משימת המשך: לכתוב טיוטה ראשונה של כתבת המשנה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7: כתבות המשנה ב׳: כתיבה ומשוב עמיתים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התלמידים משפרים את כתבת המשנה בעקבות משוב עמיתים מובנה.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הצגת טופס משוב העמיתים ודוגמה למשוב מועיל לעומת משוב כללי.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החלפת טיוטות בין צוותים ומילוי טופס המשוב.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שכתוב אישי בעקבות המשוב.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סבב: שינוי אחד שעשיתי בעקבות המשוב.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טופס משוב עמיתים, טיוטות | משימת המשך: להשלים את כתבת המשנה ולבדוק אותה מול רשימת התיוג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8: ישיבת מערכת: דבר העורכים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הצוותים מקיימים דיון מובנה, מנסחים תובנה מוסכמת, מחלוקות והשלכות, וכותבים את דבר העורכים.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הצגת פרוטוקול ישיבת המערכת ותפקידי הדיון.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ישיבת מערכת בצוות לפי הפרוטוקול: כל אחד/ת קורא/ת את כתבתו/ה בקיצור ומציע/ה תובנה.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כתיבת דבר העורכים בעזרת פותחי משפטים; ניסוח כותרת המחברת את כל החלקים.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בדיקה: האם מופיעות תובנה, לפחות שתי מחלוקות והשלכה?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מדריך דבר העורכים, פותחי משפטים, פרוטוקול ישיבה | משימת המשך: להשלים את דבר העורכים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9: עריכה, עימוד והגהה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הצוותים מאחדים את כל החלקים לגיליון אחד, עורכים, מגיהים ומשלימים את האלמנט החזותי.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תזכורת: מה בודק/ת עורך/ת לשון ומה בודק/ת בודק/ת עובדות.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עבודת עריכה בצוות: עימוד בבונה העיתון, הגהה, בדיקת ציטוטים והפניות.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בדיקה צולבת: צוות אחר מעיין בגיליון במשך חמש דקות ומסמן שלוש הערות.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תיקונים אחרונים ותכנון ההגשה.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בונה העיתון, רשימת תיוג סופית, טופס בדיקת עובדות | משימת המשך: להגיש את העיתון ולכתוב את המשוב האישי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שיעור 10: יום הגיליון: הצגה ורפלקציה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מטרה: התלמידים מציגים את העיתונים, קוראים עיתונים של צוותים אחרים ומשלימים את המשוב האישי.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דק׳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מהלך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פתיחה חגיגית: "דוכן עיתונים" – כל צוות מניח את הגיליון על שולחן.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15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סיור גלריה: קוראים לפחות שני עיתונים אחרים ומשאירים פתק משוב חיובי ושאלה.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סבב: כל צוות מציג בדקה את התובנה המרכזית מדבר העורכים.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כתיבה או השלמה של המשוב האישי.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סיכום ותודה.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חומרים: גיליונות מודפסים, פתקי משוב, שאלות הרפלקציה | משימת המשך: אין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ג׳ – צוותים והתאמות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מומלץ שהמורה ירכיב/תרכיב את הצוותים, תוך שקלול כישורים משלימים (כותב/ת חזק/ה, מארגן/ת, חשיבה חזותית), ולא רק לפי חברות.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צוותים של שלושה מאפשרים שלושה סוגי כתבות משנה שונים; צוות של שניים מתאים לתלמידים שזקוקים לליווי צמוד יותר.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כדאי לשבץ בכל צוות לפחות תלמיד/ה אחד/ת שמרגיש/ה בטוח/ה ביצירות, כדי שהעיגון בטקסט לא ייפול על כתפיים של מי שמתקשה.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תלמידים עולים ישובצו עם חבר/ת צוות סבלני/ת וקשוב/ה, ויקבלו תפקיד שמאפשר הצלחה מוקדמת (למשל גרפיקאי/ת או בודק/ת עובדות).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בשבוע הראשון קובעים "אמנת צוות": זמני מפגש, דרכי תקשורת, איך מחליטים ומה עושים כשמישהו/י לא עומד/ת במשימה.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התפקידים מתחלפים באמצע התהליך (למשל לפני דבר העורכים), כדי שכל תלמיד/ה יתנסה גם בעריכה וגם בכתיבה.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אם צוות נתקע בסכסוך, המורה מקיים/ת שיחה קצרה עם כל הצוות יחד ומחזיר/ה את הדיון לטקסט: "באיזו שורה כל אחד/ת נשען/ת?"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תלמיד/ה שמעדיף/ה לעבוד לבד מסיבה מוצדקת יכול/ה לכתוב עיתון מצומצם בליווי המורה, לפי שיקול דעת.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מתקשים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תבניות כתיבה מלאות עם פותחי משפטים לכל פסקה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מספר מילים בתחתית הטווח, בתיאום עם המורה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בחירת סוג כתבת משנה שמובנה יותר, כמו ריאיון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רשימת מושגים מצומצמת (חמישה מושגים מרכזיים) עם דוגמה לכל אחד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פגישות אישיות קצרות בכל שבוע לבדיקת התקדמות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עבודה עם עיתון לדוגמה וסימון החלקים לפני הכתיבה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מצטיינים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השוואה בין שתי סוגות או בין יצירה לבין יצירה נוספת מחוץ לתכנית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כתבת משנה בסוג מאתגר, כמו מדור עצות בקול של דמות או טור ביקורת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תפקיד עורך/ת ראשי/ת עם אחריות על הלכידות בין כל החלקים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ניסוח מחלוקת פרשנית מורכבת ופיתוחה בדבר העורכים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שימוש במושגים מתקדמים, כמו אירוניה דרמטית או מספר בלתי מהימן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הכנת "מדריך קצר לקורא" שמסביר את התמה לתלמידים צעירים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עולים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מילון מונחים פשוט בעברית עם תרגום לאנגלית, רוסית וערבית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אפשרות לכתוב טיוטה ראשונה בשפת האם ולתרגם בהדרגה בעזרת חבר/ת צוות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תבנית כתבה עם משפטים חלקיים להשלמה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ריאיון או יומן מסע קצרים בהיקף מותאם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קריאה מוקלטת או קריאה בקול של היצירות לפני הכתיבה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הערכה שמדגישה תוכן ורעיון יותר מתקינות לשון בשלב הראשון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התאמות (חנ״מ / לקויות למידה)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פירוק המשימה לצעדים קטנים עם רשימת תיוג חזותית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הארכת זמן ואפשרות להגשה בחלקים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הקלטה קולית של טיוטה והקלדה בעזרת חבר/ת צוות או בהקלטה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גופן מוגדל, ריווח רחב ותבניות עם קווים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אפשרות להציג את כתבת המשנה בעל פה, כריאיון מוקלט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בחירה מתוך שלוש תמות מוכנות במקום בנק פתוח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מילון משימה לעולים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מילה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בעברית פשוטה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English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Русский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العربية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עיתון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דפים עם חדשות וכתבות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newspaper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газета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صحيفة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המשפט הגדול בראש הכתבה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headline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заголовок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عنوان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כותרת משנה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משפט קטן מתחת לכותרת. הוא מסביר עוד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subheadline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подзаголовок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عنوان فرعي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טקסט בעיתון על נושא אחד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article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статья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مقال صحفي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ליד (פתיח)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הפסקה הראשונה. היא אומרת את הדבר החשוב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lead (opening paragraph)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лид (вступительный абзац)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مقدمة الخبر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עורך/ת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מי שבודק ומסדר את הטקסטים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editor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редактор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محرر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מערכת העיתון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הצוות שכותב ועורך את העיתון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editorial team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редакция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هيئة التحرير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מקור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מאיפה לקחנו את המידע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source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источник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مصدر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ציטוט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מילים מדויקות מתוך הטקסט, בתוך מירכאות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quotation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цитата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اقتباس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מושג ספרותי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מילה מיוחדת שעוזרת להסביר ספרות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literary term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литературный термин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مصطلح أدبي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יצירה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שיר, סיפור, רומן או מחזה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literary work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литературное произведение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عمل أدبي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דמות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אדם (או חיה) בסיפור או במחזה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character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персонаж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شخصية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מספר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הקול שמספר את הסיפור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narrator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рассказчик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الراوي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דובר (בשיר)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הקול שמדבר בשיר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speaker (in a poem)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лирический герой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المتكلم في القصيدة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סמל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 שמייצג רעיון גדול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symbol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символ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رمز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מוטיב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 שחוזר כמה פעמים ביצירה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motif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мотив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فكرة متكررة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דימוי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השוואה עם המילה "כמו" או "כ־"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simile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сравнение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تشبيه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מטפורה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השוואה בלי המילה "כמו"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metaphor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метафора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استعارة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ניגוד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שני דברים הפוכים זה לזה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contrast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контраст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تضاد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תמה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הרעיון המרכזי שחוזר ביצירות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theme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тема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موضوع رئيسي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טור דעה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כתבה שבה הכותב אומר מה הוא חושב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opinion column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колонка мнений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عمود رأي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ריאיון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שאלות ותשובות עם אדם או דמות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interview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интервью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مقابلة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יומן מסע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כתיבה יום אחרי יום על דרך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travel diary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путевой дневник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يوميات رحلة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מכתב למערכת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מכתב של קורא לעיתון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letter to the editor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письмо в редакцию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رسالة إلى المحرر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דבר העורכים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שכל הצוות חושב יחד, בסוף העיתון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editorial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редакционная статья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افتتاحية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תובנה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רעיון חדש שהבנו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insight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понимание, вывод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استنتاج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מחלוקת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כשלא מסכימים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disagreement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разногласие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خلاف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טיוטה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הגרסה הראשונה של הטקסט, לפני תיקון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draft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черновик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مسودة</w:t>
            </w:r>
          </w:p>
        </w:tc>
      </w:tr>
      <w:tr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משוב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הערות שעוזרות לשפר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feedback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отзыв, обратная связь</w:t>
            </w:r>
          </w:p>
        </w:tc>
        <w:tc>
          <w:tcPr>
            <w:tcW w:type="dxa" w:w="2018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تغذية راجعة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ד׳ – משוב עמיתים ובקרת אמצע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היגד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כן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חלקית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עדיין לא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הכותרת מושכת אותי לקרוא ומתאימה לתוכן הכתבה.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הליד (או הפתיחה) מבהיר מיד על מה הכתבה ומה התמה.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יש בכתבה לפחות שני מקורות מהיצירות, מצוטטים במירכאות ועם הפניה.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אחרי כל ציטוט מגיע פירוש, ולא רק חזרה על הציטוט במילים אחרות.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המושג הספרותי משמש להסבר משמעות, ולא רק מוזכר.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סוג הכתבה (ריאיון, טור דעה, יומן מסע וכו׳) ברור ועקבי לאורך כל הטקסט.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העמדה האישית של הכותב/ת ברורה ומנומקת.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הטקסט כתוב בבהירות, עם מעברים טובים בין הפסקאות.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ההיקף מתאים לטווח הנדרש.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הכתבה מתחברת בבירור לתמה של העיתון כולו.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</w:t>
            </w:r>
          </w:p>
        </w:tc>
      </w:tr>
    </w:tbl>
    <w:p/>
    <w:p>
      <w:pPr>
        <w:bidi w:val="1"/>
        <w:jc w:val="right"/>
      </w:pPr>
      <w:r>
        <w:rPr>
          <w:rFonts w:cs="Arial" w:ascii="Arial" w:hAnsi="Arial"/>
          <w:rtl w:val="1"/>
        </w:rPr>
        <w:t>‏◯ המשפט או הרעיון שהכי אהבתי בכתבה הוא… כי…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דבר אחד שהייתי מציע/ה לשפר הוא… למשל…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שאלה שנשארה לי אחרי הקריאה: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אם הייתי צריך/ה להוסיף מקור אחד, הייתי בוחר/ת ב…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שאלה לצוות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מה מחפשים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מהי התמה שבחרתם, ואיך היא מתחברת לכל אחת מהיצירות?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ניסוח תמה כשאלה או כרעיון ולא כמילה בודדת, ודוגמה קונקרטית מכל יצירה.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הכותרת והליד שלכם, ומה הממצא שהליד מציג?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ליד שמציג טענה או ממצא, לא רק נושא.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אילו מקורות כל אחד/ת מכם הביא/ה לכתבה המרכזית?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לפחות מקור אחד מכל חבר/ת צוות, עם הפניה מדויקת.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באילו שני מושגים ספרותיים אתם משתמשים, ומה כל אחד מהם מסביר?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שימוש פרשני במושג; זיהוי נכון של המושג.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איזה סוג כתבת משנה בחר/ה כל אחד/ת, ולמה דווקא הסוג הזה?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שלושה סוגים שונים; התאמה בין הסוג לעמדה שהכותב/ת רוצה להביע.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העמדה האישית שתציגו בכתבת המשנה?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עמדה שאפשר להתווכח איתה, לא קביעה מובנת מאליה.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על מה אתם כבר מסכימים, ועל מה אתם עדיין מתווכחים?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חומר גלם לתובנה ולמחלוקות של דבר העורכים; מחלוקות פרשניות ולא אישיות.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איך מתחלקת העבודה בצוות, והאם מישהו/י מרגיש/ה עומס?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חלוקה הוגנת; סימנים לעומס או להתנתקות של חבר/ת צוות.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האלמנט החזותי שתכננתם, ומה הוא מוסיף?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אלמנט שמוסיף מידע או פרשנות, לא רק קישוט; מקוריות.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מה הקושי הגדול ביותר שלכם כרגע, ובמה אני יכול/ה לעזור?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אפשרות להתערבות מוקדמת לפני שהצוות נתקע.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ה׳ – יושר אקדמי ודוגמאות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כל מילה בעיתון נכתבת על ידי חברי הצוות; טקסט שנלקח מאחרים מופיע במירכאות ועם הפניה.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ציטוט מיצירה הוא מקור לגיטימי ורצוי, ובלבד שהוא קצר, מדויק ומלווה בפירוש שלכם.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פרפרזה (ניסוח במילים שלכם) עדיין דורשת ציון המקור – מאיזו יצירה ומאיזה חלק בה.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אסור להעתיק פירושים, סיכומים או כתבות של אחרים ולהציג אותם כשלכם, גם לא בשינוי מילים.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בריאיון או ביומן דמיוני מותר להמציא את המסגרת, אבל לא להמציא "עובדות" על היצירה שאינן בה; כדאי לציין שזה דמיוני.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תמונות ואיורים בעיתון יהיו יצירה מקורית שלכם (ציור, תצלום שצילמתם, תרשים) או תיאור מילולי של תמונה.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כתבת המשנה והמשוב האישי הם עבודה אישית: אפשר להתייעץ, אבל הכתיבה היא שלכם בלבד.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בסוף העבודה כל צוות מצרף הצהרה קצרה: מי כתב איזה חלק, ובאילו מקורות השתמשנו.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כתבה מרכזית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✅ מצוין: </w:t>
      </w:r>
      <w:r>
        <w:rPr>
          <w:rFonts w:cs="Arial" w:ascii="Arial" w:hAnsi="Arial"/>
          <w:rtl w:val="1"/>
        </w:rPr>
        <w:t>בדידות אינה רק היעדר אנשים, ושייכות אינה רק כתובת קבועה – זה הממצא המרכזי של בדיקה שערכה המערכת בשישה שירים של ביאליק, רחל וטשרניחובסקי.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⚠️ חלש: </w:t>
      </w:r>
      <w:r>
        <w:rPr>
          <w:rFonts w:cs="Arial" w:ascii="Arial" w:hAnsi="Arial"/>
          <w:rtl w:val="1"/>
        </w:rPr>
        <w:t>בכתבה הזאת נכתוב על בדידות ושייכות בשירים שלמדנו. זה נושא מאוד חשוב ומעניין, וכולם מרגישים לפעמים בודדים.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למה? הליד החזק מציג ממצא, מקורות ושם יוצרים כבר במשפט הראשון; הליד החלש מכריז על נושא ומסתפק בהכללה שאינה אומרת דבר על השירים.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כתבה מרכזית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✅ מצוין: </w:t>
      </w:r>
      <w:r>
        <w:rPr>
          <w:rFonts w:cs="Arial" w:ascii="Arial" w:hAnsi="Arial"/>
          <w:rtl w:val="1"/>
        </w:rPr>
        <w:t>ב"רק על עצמי לספר ידעתי" הדימוי של עולם הנמלה מקטין את הדוברת, אך גם מעניק לה עמל, סבלנות ונחישות.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⚠️ חלש: </w:t>
      </w:r>
      <w:r>
        <w:rPr>
          <w:rFonts w:cs="Arial" w:ascii="Arial" w:hAnsi="Arial"/>
          <w:rtl w:val="1"/>
        </w:rPr>
        <w:t>בשיר של רחל יש דימוי. הדימוי הוא נמלה. זה יפה מאוד.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למה? בגרסה החזקה המושג משמש לפירוש: מה הדימוי עושה ומה הוא מוסיף למשמעות. בגרסה החלשה המושג רק מזוהה, בלי הסבר ובלי חיבור לתמה.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כתבת משנה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✅ מצוין: </w:t>
      </w:r>
      <w:r>
        <w:rPr>
          <w:rFonts w:cs="Arial" w:ascii="Arial" w:hAnsi="Arial"/>
          <w:rtl w:val="1"/>
        </w:rPr>
        <w:t>נכנסתי לריאיון בטוח שאפגוש אדם שנכשל; יצאתי ממנו עם מחשבה אחרת: הכנף השבורה מחזיקה יחד את הכאב של מה שנשבר ואת הנאמנות של מי שנשאר.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⚠️ חלש: </w:t>
      </w:r>
      <w:r>
        <w:rPr>
          <w:rFonts w:cs="Arial" w:ascii="Arial" w:hAnsi="Arial"/>
          <w:rtl w:val="1"/>
        </w:rPr>
        <w:t>לסיכום, היה ריאיון מעניין ולמדתי הרבה על השיר.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למה? הסיום החזק מראה שינוי בעמדת הכותב ומנמק אותו בעזרת סמל מן השיר; הסיום החלש כללי ואפשר להדביק אותו לכל כתבה.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כתבת משנה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✅ מצוין: </w:t>
      </w:r>
      <w:r>
        <w:rPr>
          <w:rFonts w:cs="Arial" w:ascii="Arial" w:hAnsi="Arial"/>
          <w:rtl w:val="1"/>
        </w:rPr>
        <w:t>כמה תלמידים אמרו שזה שיר מתנצל. אני רוצה לטעון את ההפך: נמלה סוחבת משא כבד ממנה.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⚠️ חלש: </w:t>
      </w:r>
      <w:r>
        <w:rPr>
          <w:rFonts w:cs="Arial" w:ascii="Arial" w:hAnsi="Arial"/>
          <w:rtl w:val="1"/>
        </w:rPr>
        <w:t>אני חושבת שרחל משוררת טובה כי אני אוהבת את השירים שלה.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למה? טור דעה חזק מציג עמדה, מתמודד עם עמדה נגדית ומנמק בעזרת הטקסט. הטיעון החלש מעגלי – הנימוק הוא בעצם חזרה על הטענה.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דבר העורכים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✅ מצוין: </w:t>
      </w:r>
      <w:r>
        <w:rPr>
          <w:rFonts w:cs="Arial" w:ascii="Arial" w:hAnsi="Arial"/>
          <w:rtl w:val="1"/>
        </w:rPr>
        <w:t>נשארנו חלוקים בשאלה אם הדובר ב"לבדי" בחר להישאר או פשוט לא הצליח לזוז; יונתן רואה בו נאמנות, תמר רואה בו שיתוק.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⚠️ חלש: </w:t>
      </w:r>
      <w:r>
        <w:rPr>
          <w:rFonts w:cs="Arial" w:ascii="Arial" w:hAnsi="Arial"/>
          <w:rtl w:val="1"/>
        </w:rPr>
        <w:t>היו בינינו קצת חילוקי דעות, אבל בסוף הסתדרנו.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למה? מחלוקת טובה בדבר העורכים מנוסחת כשאלה פרשנית ממשית ומציגה את שתי העמדות; הניסוח החלש מסתיר את המחלוקת במקום להציג אותה.</w:t>
      </w:r>
    </w:p>
    <w:p>
      <w:pPr>
        <w:pStyle w:val="Heading3"/>
        <w:bidi w:val="1"/>
        <w:jc w:val="right"/>
      </w:pPr>
      <w:r>
        <w:rPr>
          <w:rFonts w:cs="Arial" w:ascii="Arial" w:hAnsi="Arial"/>
          <w:b/>
          <w:color w:val="1F3B5A"/>
          <w:sz w:val="25"/>
          <w:rtl w:val="1"/>
          <w:bCs/>
          <w:szCs w:val="25"/>
        </w:rPr>
        <w:t>משוב אישי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✅ מצוין: </w:t>
      </w:r>
      <w:r>
        <w:rPr>
          <w:rFonts w:cs="Arial" w:ascii="Arial" w:hAnsi="Arial"/>
          <w:rtl w:val="1"/>
        </w:rPr>
        <w:t>מה שעזר היה הכלל שקבענו מראש: כל אחת מסבירה את עמדתה בעזרת שורה מהשיר. פתאום הוויכוח הפך לדיון.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⚠️ חלש: </w:t>
      </w:r>
      <w:r>
        <w:rPr>
          <w:rFonts w:cs="Arial" w:ascii="Arial" w:hAnsi="Arial"/>
          <w:rtl w:val="1"/>
        </w:rPr>
        <w:t>עבדנו טוב בצוות והיה כיף. למדתי הרבה דברים.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למה? רפלקציה משמעותית מתארת רגע מסוים, קושי ופתרון, ומה נלמד ממנו; רפלקציה חלשה מסתכמת במילים כלליות שאינן מלמדות דבר על התהליך.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לוודא מול הספר שבידיכם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השורה "האדם אינו אלא קרקע ארץ קטנה" של טשרניחובסקי – לבדוק ניסוח מדויק ושם השיר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השיר "ואולי" של רחל – לבדוק שהדובר אכן שואל אם הדברים היו מעולם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"הכניסיני תחת כנפך" של ביאליק – לבדוק שהנמענת היא דמות נשית שהדובר מבקש ממנה מחסה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"בית הבובות" של איבסן – לבדוק שהמחזה מסתיים ביציאת הגיבורה ובטריקת דלת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רומיאו ויוליה – לבדוק את פרט האירוניה הדרמטית (יוליה שותה שיקוי ונראית מתה)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מונולוג "להיות או לא להיות" של המלט – מערכה 3, תמונה 1 (לבדוק לפי המהדורה שבשימוש)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אנטיגונה של סופוקלס – הקונפליקט בין צו קריאון לחובה לקבור את האח; איסמנה כדמות מנוגדת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השורה הראשונה של "ואולי" ושל "הכניסיני תחת כנפך" – מספרי השורות והבתים בדוגמאות הציטוט לבדוק מול הטקסט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דוגמת הדרמה בפרק הסוגות מתבססת על 'אנטיגונה' לסופוקלס (אחות שקוברת את אחיה בניגוד לפקודת המלך קריאון) – לוודא שהתיאור תואם את גרסת המחזה הנלמדת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דוגמת הליד ומדור העצות מתבססות על 'המלט' לשייקספיר (מות האב, נישואי האם מחדש, שיגעון מדומה) – לוודא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דוגמת הרומן/נובלה מתבססת על 'מסעות בנימין השלישי' למנדלי מוכר ספרים (שני נוסעים מעיירה קטנה שיוצאים לחפש ארצות רחוקות; אשתו של בנימין נשארת בבית) – לוודא פרטים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דוגמת הסיפור הקצר מתבססת על 'בונצ׳ה שתוק' לי״ל פרץ (בסוף מבקש לחמנייה חמה עם חמאה) – לוודא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הדוגמאות בשירה רומזות ל'הכניסיני תחת כנפך' לביאליק (כנף, מחסה), ל'כנרת'/'ואולי' לרחל (געגוע לכנרת) ולשירי טשרניחובסקי – לוודא שהשירים נלמדים בכיתה ושהתיאורים מדויקים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שנות הפרסום של השירים (לבדי 1902; הכניסיני תחת כנפך 1905; רק על עצמי לספר ידעתי 1930; זמר נוגה 1928; האדם אינו אלא… 1925; אומרים: ישנה ארץ 1923) – יש לבדוק מול מהדורה מוסמכת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נוסח הציטוטים: "כולם נשא הרוח, כולם סחף האור" (לבדי); "צר עולמי כעולם נמלה" (רק על עצמי לספר ידעתי); "האדם אינו אלא תבנית נוף מולדתו" (האדם אינו אלא…); "התשמע קולי, רחוקי שלי" (זמר נוגה); "אומרים: ישנה ארץ" – לבדוק נוסח ומספרי שורות מול המהדורה שבכיתה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ב"לבדי" הכנף השבורה מיוחסת לשכינה, והמקום הוא בית המדרש – לוודא שזו הקריאה המקובלת בכיתה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‏◯ ב"אומרים: ישנה ארץ" חוזרת השאלה היכן הארץ – לבדוק את הנוסח המדויק של השאלה בשיר</w:t>
      </w:r>
    </w:p>
    <w:p>
      <w:pPr>
        <w:bidi w:val="1"/>
        <w:jc w:val="right"/>
      </w:pPr>
      <w:r>
        <w:rPr>
          <w:rFonts w:cs="Arial" w:ascii="Arial" w:hAnsi="Arial"/>
          <w:color w:val="786450"/>
          <w:sz w:val="18"/>
          <w:rtl w:val="1"/>
          <w:szCs w:val="18"/>
        </w:rPr>
        <w:t>יצרה: רוית ראש בן ישי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