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מחוון ודפי הערכה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מחוון לכל חלק + טופס משוב עמיתים + שיחת בקרה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מהדורה למורה · מורה · מחוון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א׳ – מחוון אנליטי מוצע (100 נק׳)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זהו מחוון מקורי מוצע לשימוש בכיתה. המורה רשאי/ת להתאים את המשקלות ואת הניסוחים למשקלות הרשמיים של המשימה ולאופי הכיתה. מומלץ לחלק את המחוון לתלמידים כבר בשיעור הראשון.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הכתבה המרכזית – 30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כותרת, כותרת משנה וליד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הכותרת חדה ומסקרנת, כותרת המשנה מרחיבה, והליד מציג ממצא ותמה במשפט או שניים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הכותרות מתאימות והליד ברור, אך פחות ממוקד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הכותרות כלליות; הליד מכריז על נושא בלי ממצא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חסרה כותרת משנה או ליד, או שאינם קשורים לכתבה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עיגון במקורות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מקור אחד לפחות מכל חבר/ת צוות; ציטוטים קצרים ומדויקים, ואחרי כל אחד פירוש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מקורות מכל חברי הצוות, אך חלק מהציטוטים ארוכים או בלי פירוש מספק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המקורות מעטים או נשענים על יצירה אחת בעיקר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כמעט אין עיגון בטקסט; הטענות כלליות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שימוש פרשני במושגים ספרותיים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שני מושגים או יותר משמשים לפירוש ומעמיקים את הטיעון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המושגים מוגדרים נכון ומשולבים, אך הפירוש חלקי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המושגים מזוהים בלבד, בלי הסבר מה הם תורמים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מושג אחד או אף אחד, או שימוש שגוי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מבנה עיתונאי והיקף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פירמידה הפוכה ברורה, פסקאות מסודרות, היקף בטווח הנדרש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מבנה עיתונאי ברוב הכתבה; היקף קרוב לנדרש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המבנה דומה לחיבור ולא לכתבה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מבנה ברור או שההיקף רחוק מהנדרש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אלמנט חזותי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אלמנט מקורי שמוסיף מידע או פרשנות, עם כיתוב מדויק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אלמנט מתאים עם כיתוב, אך מוסיף מעט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אלמנט קישוטי בלבד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חסר אלמנט חזותי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כתבת המשנה – 20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מאפייני הסוג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הסוג שנבחר (ריאיון, טור דעה, יומן מסע וכו׳) מזוהה מיד ומנוצל במלואו, והוא שונה מסוגי חברי הצוות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מאפייני הסוג קיימים, אך לא בעקביות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הסוג מזוהה רק בכותרת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מאפייני סוג, או שהסוג זהה לזה של חבר/ת צוות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עמדה אישית מנומקת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עמדה ברורה ומקורית, מנומקת בעזרת הטקסט ומתמודדת עם עמדה אחרת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עמדה ברורה עם נימוק אחד או שניים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עמדה כללית ("אהבתי") עם נימוק חלש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עמדה אישית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מושג ספרותי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המושג משמש לפירוש ומחובר לעמדה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המושג מוסבר נכון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המושג מוזכר בלבד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חסר או שגוי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שני מקורות לפחות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שני מקורות או יותר, משולבים בטבעיות ומצוטטים כראוי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שני מקורות, אחד מהם משולב חלקית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מקור אחד בלבד או הפניה לא מדויקת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מקורות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דבר העורכים – 15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כותרת מקשרת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הכותרת מחברת במפורש בין הכתבה המרכזית לכל כתבות המשנה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הכותרת קשורה לתמה, אך לא לכל החלקים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כותרת כללית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חסרה כותרת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תובנה מוסכמת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תובנה אחת חדה שנולדה מהדיון ועולה מכל החלקים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תובנה ברורה, אך קרובה לסיכום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סיכום של הכתבות במקום תובנה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תובנה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מחלוקות והשלכות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שתי מחלוקות פרשניות אמיתיות לפחות, עם שני הצדדים, והשלכה משמעותית לחיים או לחברה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מחלוקות והשלכה מוצגות, אך בקיצור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מחלוקת אחת או השלכה כללית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מחלוקות או השלכות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מושג ספרותי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המושג מחבר בין החלקים ומעמיק את התובנה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המושג משולב נכון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המושג מוזכר בלבד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חסר או שגוי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משוב אישי – 10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עומק הרפלקציה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מתאר/ת רגעים מסוימים, קשיים ופתרונות, ומה נלמד על עצמו/ה כקורא/ת וככותב/ת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מתאר/ת תהליך ולמידה, עם דוגמה אחת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תיאור כללי של מה שנעשה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משפטים כלליים בלבד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ניסוח והיקף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ניסוח אישי, ברור וזורם, בהיקף הנדרש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ניסוח ברור; היקף קרוב לנדרש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ניסוח חוזר על עצמו או קצר מדי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קצר מאוד או לא ברור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לשון ועריכה – 15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תקינות לשון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כמעט אין שגיאות כתיב, תחביר ופיסוק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שגיאות מעטות שאינן פוגעות בהבנה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שגיאות רבות שמקשות מעט על הקריאה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שגיאות רבות הפוגעות בהבנה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רצף ולכידות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מילות קישור מגוונות ומדויקות; מעברים חלקים בין פסקאות ובין חלקי העיתון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רצף טוב ברוב הטקסט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מעברים חסרים בחלק מהמקומות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קפיצות ורעיונות מנותקים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ציטוט והפניה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כל ציטוט במירכאות, קצר, ועם הפניה מדויקת (שם היצירה, שורה/עמוד/מערכה)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רוב הציטוטים תקינים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הפניות חלקיות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ציטוטים בלי מירכאות או בלי הפניה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עבודת צוות ותהליך – 10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עמידה בלוח זמנים ותיעוד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כל אבני הדרך הוגשו בזמן, וטופס המעקב מלא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עיכוב קטן אחד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כמה עיכובים או תיעוד חלקי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אבני דרך רבות לא הוגשו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חלוקת תפקידים ושיתוף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חלוקה הוגנת, כל חבר/ת צוות תרם/ה בתפקידו/ה וניכר שיתוף אמיתי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חלוקה סבירה עם פערים קטנים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עומס לא שוויוני בולט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עבודה של יחיד/ה בעיקר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שימוש במשוב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ניכרים שינויים משמעותיים בעקבות משוב עמיתים ומורה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שינויים בחלק מהחלקים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שינויים קלים בלבד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שימוש במשוב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ציון הצוות/התלמיד/ה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הכתבה המרכזית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כתבת המשנה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דבר העורכים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משוב אישי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לשון ועריכה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עבודת צוות ותהליך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סה״כ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ב׳ – טופס משוב עמיתים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שם הצוות המשוב: ____________  שם הצוות הנותן משוב: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היגד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כן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עדיין לא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הכותרת מושכת אותי לקרוא ומתאימה לתוכן הכתבה.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הליד (או הפתיחה) מבהיר מיד על מה הכתבה ומה התמה.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יש בכתבה לפחות שני מקורות מהיצירות, מצוטטים במירכאות ועם הפניה.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אחרי כל ציטוט מגיע פירוש, ולא רק חזרה על הציטוט במילים אחרות.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המושג הספרותי משמש להסבר משמעות, ולא רק מוזכר.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סוג הכתבה (ריאיון, טור דעה, יומן מסע וכו׳) ברור ועקבי לאורך כל הטקסט.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העמדה האישית של הכותב/ת ברורה ומנומקת.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הטקסט כתוב בבהירות, עם מעברים טובים בין הפסקאות.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ההיקף מתאים לטווח הנדרש.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הכתבה מתחברת בבירור לתמה של העיתון כולו.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</w:tbl>
    <w:p/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המשפט או הרעיון שהכי אהבתי בכתבה הוא… כי…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דבר אחד שהייתי מציע/ה לשפר הוא… למשל…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שאלה שנשארה לי אחרי הקריאה: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אם הייתי צריך/ה להוסיף מקור אחד, הייתי בוחר/ת ב…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ג׳ – שיחת בקרה באמצע התהליך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צוות: ____________  תאריך: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 מחפשים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הערות המורה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מהי התמה שבחרתם, ואיך היא מתחברת לכל אחת מהיצירות?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ניסוח תמה כשאלה או כרעיון ולא כמילה בודדת, ודוגמה קונקרטית מכל יצירה.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 הכותרת והליד שלכם, ומה הממצא שהליד מציג?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ליד שמציג טענה או ממצא, לא רק נושא.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אילו מקורות כל אחד/ת מכם הביא/ה לכתבה המרכזית?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לפחות מקור אחד מכל חבר/ת צוות, עם הפניה מדויקת.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באילו שני מושגים ספרותיים אתם משתמשים, ומה כל אחד מהם מסביר?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שימוש פרשני במושג; זיהוי נכון של המושג.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איזה סוג כתבת משנה בחר/ה כל אחד/ת, ולמה דווקא הסוג הזה?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שלושה סוגים שונים; התאמה בין הסוג לעמדה שהכותב/ת רוצה להביע.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 העמדה האישית שתציגו בכתבת המשנה?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עמדה שאפשר להתווכח איתה, לא קביעה מובנת מאליה.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מה אתם כבר מסכימים, ועל מה אתם עדיין מתווכחים?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חומר גלם לתובנה ולמחלוקות של דבר העורכים; מחלוקות פרשניות ולא אישיות.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איך מתחלקת העבודה בצוות, והאם מישהו/י מרגיש/ה עומס?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חלוקה הוגנת; סימנים לעומס או להתנתקות של חבר/ת צוות.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 האלמנט החזותי שתכננתם, ומה הוא מוסיף?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אלמנט שמוסיף מידע או פרשנות, לא רק קישוט; מקוריות.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 הקושי הגדול ביותר שלכם כרגע, ובמה אני יכול/ה לעזור?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אפשרות להתערבות מוקדמת לפני שהצוות נתקע.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color w:val="786450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